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الحداثة في العصر العباسي أبو تمام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ثلجة/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