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عند ذوي الإحتياجات الخاصة دراسة في المناهج والمضامين المراكز المتخصصة على مستوى ولاية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ثابث أمينة/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