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الإستعارة والموسوعة في ديوان أخيرا أحدثكم عن سماواته لعاشور فني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قجان كريمة/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