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الإقناع في الخطابات السياسية خطابات مشروع الوفاق الوطني عبد العزيز بوتفليقة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تيلباو أسماء/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