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العنونة في مسرحية التيرانوسوروس الأخير '' لسليم بتقه''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شحنة/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