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ظاهرة التوازي في معلقة زهير بن أبي سلمى دراسة أسلوبية دلالية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حمادة إدريس/ هبال خير الدين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800220111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