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معايير صياغة الاختبارات في الطور الابتدائي السنة الخامسة ابتدائي نموذج في نشاط القواعد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سمية دراج/ يوسف يحياوي(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800201811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