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حضرة الجنرال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شلي نجاة/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