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الروائي في رواية البيت الأندلسي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تباني ليلى/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