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شعر الأمير عبد القادر الجزائري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بوالفلفل فرح/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