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الرواية الجزائرية رواية عائد إلى قبري لـ زكية علال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إيمان/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