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عينية أبي ذؤيب الهذلي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بخي فضيلة/ علاوة كوسة(مشرفا)/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800221211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