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الرحلة العربية : رحلة أبي راس الناصري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شاوي إكرام/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