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رواية عناقيد الموت لعدي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ناصر سهير/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