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الدرامي في مسرحية يوغرطة أسد نوميديا لعمر بوذيبة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زايد نعيمة/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800221611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