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مسرحية اللئام عبد القادر علولة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