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في شعر الأخضر 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رقية/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