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تصريح بضياع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العايب آسية/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