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الإستماع في تقوية مهارة القراءة والكتابة لدى تلاميذ السنة الأولى والثانية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بوالفول منال/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