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التقويم المستمر وأثره في التحصيل اللغوي السنة الأولى 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أحلام/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