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النعت في إلياذة الجزائر لمفدي زكرياء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هبول أميرة/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