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اللغوية لألفاظ الخوف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