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القصة القصيرة جدا المقعد الحجري لعلاوة كوسة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قمبور نجاة/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