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البيان والبديع في همزية إبن رشيق القيرواني في مدح المعز 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فقراوي نادية/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