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الفضاء في النصوص الشعرية القديمة قصيدة كفى بك داء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فلواط إبتسام/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