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الحس التراجيدي في شعر الأعمى التطيلي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بوطغان رقية/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