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القرآن الكريم : سورة الكهف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مسيعود سيموشة/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800207611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