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قاتل حمزة لنجيب الكيلاني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حياة برجم/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