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الإلتزام في قصيدة **في القدس** لتوين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عثروز أمال/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