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بلاغة التشبيه في قصيدة'' بلقيس''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زقرور عائدة/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800210311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