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عيون أمي دراسة نحوية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هاجر/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800225411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