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الفروق المنهجية بين نحو سيبويه ونحو ابن مالك 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بوخميلة حياة/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