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النقد اللساني عند تمام حسان قراءة وصفية تحليلية لكتاب الأصول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مشيتوة نجاة/ داودي الخثير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800225711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