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الوصف في "دمعة و ابتسامة" لجبران خليل جبران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كشاشة ياسمينة/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