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النحوية والدلالية في المنتوج الكتابي لتلاميذ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عطوي بسمة/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