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العنوان في ديوان رجع الصمت لسليمان زيدان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لرقط سلمى/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