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الصوتي لقصار السور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بوبكري سليمان/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