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والمقروئية : الاهمية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نخبة من الأساتذة/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9789961948941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