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الأزمة المالية العالمية: لمحة 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كورتل/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 ص-ص.71-92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