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الإعلان + مكتبات +الدين +علم الاجتماع +علم النفس+الفلسفة+التفاعل الاجتماعي+الثقافة والمؤسسات+التربية والتعليم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