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فهرس كتب الاحصاء بتقنية QR CODE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