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مذكرات ليسانس اقتصاد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