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الفساد الإداري والمالي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فريد كورتل/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???? ?.108? ??? ??????? 59/060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