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الخوصصة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زهية موساوي/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???? ?.127? ??? ??????? 81/060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