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الأورو -متوسطية فرص وتحد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77? ??? ??????? 8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