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الأزمة المالية الحالية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لمياء بوعروج/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???? ?.355? ??? ??????? 90/060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