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الأزمة المالية والبدائل المطروحة في ظل النظام الرأسمالي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عبد الرزاق/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???? ?.343? ??? ??????? 2/90/060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