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على الاقتصاد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 ?.7? ??? ??????? 102/060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