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teacher's book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536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