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365 : teacher's book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Bob Dignen/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9780521549172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